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Cornell Notes</w:t>
      </w:r>
    </w:p>
    <w:p>
      <w:r>
        <w:t>Name: ____________________    Date: ____________    Subject / Class: ______________________</w:t>
      </w:r>
    </w:p>
    <w:p>
      <w:r>
        <w:t>Topic / Lecture: 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8" w:color="09090B"/>
          <w:left w:val="single" w:sz="8" w:color="09090B"/>
          <w:bottom w:val="single" w:sz="8" w:color="09090B"/>
          <w:right w:val="single" w:sz="8" w:color="09090B"/>
          <w:insideH w:val="single" w:sz="8" w:color="09090B"/>
          <w:insideV w:val="single" w:sz="8" w:color="09090B"/>
        </w:tblBorders>
      </w:tblPr>
      <w:tblGrid>
        <w:gridCol w:w="3312"/>
        <w:gridCol w:w="7488"/>
      </w:tblGrid>
      <w:tr>
        <w:tc>
          <w:tcPr>
            <w:tcW w:type="dxa" w:w="3312"/>
          </w:tcPr>
          <w:p>
            <w:r>
              <w:rPr>
                <w:b/>
                <w:color w:val="0B8378"/>
              </w:rPr>
              <w:t>CUES &amp; QUESTIONS</w:t>
            </w:r>
          </w:p>
          <w:p>
            <w:r>
              <w:rPr>
                <w:i/>
                <w:color w:val="71717A"/>
                <w:sz w:val="16"/>
              </w:rPr>
              <w:t>After class: key terms, questions, prompts to quiz yourself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type="dxa" w:w="7488"/>
          </w:tcPr>
          <w:p>
            <w:r>
              <w:rPr>
                <w:b/>
                <w:color w:val="0B8378"/>
              </w:rPr>
              <w:t>NOTES</w:t>
            </w:r>
          </w:p>
          <w:p>
            <w:r>
              <w:rPr>
                <w:i/>
                <w:color w:val="71717A"/>
                <w:sz w:val="16"/>
              </w:rPr>
              <w:t>During class: main ideas, facts, examples. Short phrases, not full sentences.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0B8378"/>
              </w:rPr>
              <w:t>SUMMARY</w:t>
            </w:r>
          </w:p>
          <w:p>
            <w:r>
              <w:rPr>
                <w:i/>
                <w:color w:val="71717A"/>
                <w:sz w:val="16"/>
              </w:rPr>
              <w:t>In 2-4 sentences, in your own words: what were the main points?</w:t>
            </w:r>
          </w:p>
          <w:p/>
          <w:p/>
          <w:p/>
          <w:p/>
          <w:p/>
          <w:p/>
        </w:tc>
      </w:tr>
    </w:tbl>
    <w:p>
      <w:r>
        <w:rPr>
          <w:color w:val="71717A"/>
          <w:sz w:val="16"/>
        </w:rPr>
        <w:t>Review tip: cover the Notes column and answer your Cues from memory. Turn this page into flashcards at fluentflash.com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Cornell Notes Template</dc:title>
  <dc:subject/>
  <dc:creator>FluentFlash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